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EBCBA" w14:textId="77777777" w:rsidR="00522360" w:rsidRPr="00EE0BDA" w:rsidRDefault="00000000">
      <w:pPr>
        <w:jc w:val="center"/>
        <w:rPr>
          <w:lang w:val="ru-RU"/>
        </w:rPr>
      </w:pPr>
      <w:proofErr w:type="gramStart"/>
      <w:r w:rsidRPr="00EE0BDA">
        <w:rPr>
          <w:b/>
          <w:sz w:val="24"/>
          <w:lang w:val="ru-RU"/>
        </w:rPr>
        <w:t>ФОРМА ПЕРВИННОГО</w:t>
      </w:r>
      <w:proofErr w:type="gramEnd"/>
      <w:r w:rsidRPr="00EE0BDA">
        <w:rPr>
          <w:b/>
          <w:sz w:val="24"/>
          <w:lang w:val="ru-RU"/>
        </w:rPr>
        <w:t xml:space="preserve"> ПОВІДОМЛЕННЯ</w:t>
      </w:r>
      <w:r w:rsidRPr="00EE0BDA">
        <w:rPr>
          <w:b/>
          <w:sz w:val="24"/>
          <w:lang w:val="ru-RU"/>
        </w:rPr>
        <w:br/>
        <w:t>ПРО ІНЦИДЕНТ / ПРОБЛЕМУ З МЕДИЧНИМ ВИРОБОМ</w:t>
      </w:r>
    </w:p>
    <w:p w14:paraId="7B1B0089" w14:textId="77777777" w:rsidR="00522360" w:rsidRPr="00EE0BDA" w:rsidRDefault="00000000">
      <w:pPr>
        <w:jc w:val="center"/>
        <w:rPr>
          <w:lang w:val="ru-RU"/>
        </w:rPr>
      </w:pPr>
      <w:r w:rsidRPr="00EE0BDA">
        <w:rPr>
          <w:i/>
          <w:sz w:val="17"/>
          <w:lang w:val="ru-RU"/>
        </w:rPr>
        <w:t xml:space="preserve">для </w:t>
      </w:r>
      <w:proofErr w:type="spellStart"/>
      <w:r w:rsidRPr="00EE0BDA">
        <w:rPr>
          <w:i/>
          <w:sz w:val="17"/>
          <w:lang w:val="ru-RU"/>
        </w:rPr>
        <w:t>направлення</w:t>
      </w:r>
      <w:proofErr w:type="spellEnd"/>
      <w:r w:rsidRPr="00EE0BDA">
        <w:rPr>
          <w:i/>
          <w:sz w:val="17"/>
          <w:lang w:val="ru-RU"/>
        </w:rPr>
        <w:t xml:space="preserve"> закладом </w:t>
      </w:r>
      <w:proofErr w:type="spellStart"/>
      <w:r w:rsidRPr="00EE0BDA">
        <w:rPr>
          <w:i/>
          <w:sz w:val="17"/>
          <w:lang w:val="ru-RU"/>
        </w:rPr>
        <w:t>охорони</w:t>
      </w:r>
      <w:proofErr w:type="spellEnd"/>
      <w:r w:rsidRPr="00EE0BDA">
        <w:rPr>
          <w:i/>
          <w:sz w:val="17"/>
          <w:lang w:val="ru-RU"/>
        </w:rPr>
        <w:t xml:space="preserve"> </w:t>
      </w:r>
      <w:proofErr w:type="spellStart"/>
      <w:r w:rsidRPr="00EE0BDA">
        <w:rPr>
          <w:i/>
          <w:sz w:val="17"/>
          <w:lang w:val="ru-RU"/>
        </w:rPr>
        <w:t>здоров’я</w:t>
      </w:r>
      <w:proofErr w:type="spellEnd"/>
      <w:r w:rsidRPr="00EE0BDA">
        <w:rPr>
          <w:i/>
          <w:sz w:val="17"/>
          <w:lang w:val="ru-RU"/>
        </w:rPr>
        <w:t xml:space="preserve"> </w:t>
      </w:r>
      <w:proofErr w:type="spellStart"/>
      <w:r w:rsidRPr="00EE0BDA">
        <w:rPr>
          <w:i/>
          <w:sz w:val="17"/>
          <w:lang w:val="ru-RU"/>
        </w:rPr>
        <w:t>Уповноваженому</w:t>
      </w:r>
      <w:proofErr w:type="spellEnd"/>
      <w:r w:rsidRPr="00EE0BDA">
        <w:rPr>
          <w:i/>
          <w:sz w:val="17"/>
          <w:lang w:val="ru-RU"/>
        </w:rPr>
        <w:t xml:space="preserve"> </w:t>
      </w:r>
      <w:proofErr w:type="spellStart"/>
      <w:r w:rsidRPr="00EE0BDA">
        <w:rPr>
          <w:i/>
          <w:sz w:val="17"/>
          <w:lang w:val="ru-RU"/>
        </w:rPr>
        <w:t>представнику</w:t>
      </w:r>
      <w:proofErr w:type="spellEnd"/>
      <w:r w:rsidRPr="00EE0BDA">
        <w:rPr>
          <w:i/>
          <w:sz w:val="17"/>
          <w:lang w:val="ru-RU"/>
        </w:rPr>
        <w:t xml:space="preserve"> / </w:t>
      </w:r>
      <w:proofErr w:type="spellStart"/>
      <w:r w:rsidRPr="00EE0BDA">
        <w:rPr>
          <w:i/>
          <w:sz w:val="17"/>
          <w:lang w:val="ru-RU"/>
        </w:rPr>
        <w:t>виробнику</w:t>
      </w:r>
      <w:proofErr w:type="spellEnd"/>
    </w:p>
    <w:p w14:paraId="07806E80" w14:textId="28A60721" w:rsidR="00522360" w:rsidRDefault="00000000">
      <w:pPr>
        <w:spacing w:before="60" w:after="20"/>
        <w:rPr>
          <w:b/>
          <w:sz w:val="19"/>
          <w:lang w:val="ru-RU"/>
        </w:rPr>
      </w:pPr>
      <w:r w:rsidRPr="00EE0BDA">
        <w:rPr>
          <w:b/>
          <w:sz w:val="19"/>
          <w:lang w:val="ru-RU"/>
        </w:rPr>
        <w:t xml:space="preserve">1. </w:t>
      </w:r>
      <w:proofErr w:type="spellStart"/>
      <w:r w:rsidRPr="00EE0BDA">
        <w:rPr>
          <w:b/>
          <w:sz w:val="19"/>
          <w:lang w:val="ru-RU"/>
        </w:rPr>
        <w:t>Дані</w:t>
      </w:r>
      <w:proofErr w:type="spellEnd"/>
      <w:r w:rsidRPr="00EE0BDA">
        <w:rPr>
          <w:b/>
          <w:sz w:val="19"/>
          <w:lang w:val="ru-RU"/>
        </w:rPr>
        <w:t xml:space="preserve"> закладу та </w:t>
      </w:r>
      <w:proofErr w:type="spellStart"/>
      <w:r w:rsidRPr="00EE0BDA">
        <w:rPr>
          <w:b/>
          <w:sz w:val="19"/>
          <w:lang w:val="ru-RU"/>
        </w:rPr>
        <w:t>контактної</w:t>
      </w:r>
      <w:proofErr w:type="spellEnd"/>
      <w:r w:rsidRPr="00EE0BDA">
        <w:rPr>
          <w:b/>
          <w:sz w:val="19"/>
          <w:lang w:val="ru-RU"/>
        </w:rPr>
        <w:t xml:space="preserve"> особи</w:t>
      </w:r>
      <w:r w:rsidR="00EE0BDA">
        <w:rPr>
          <w:b/>
          <w:sz w:val="19"/>
          <w:lang w:val="ru-RU"/>
        </w:rPr>
        <w:t xml:space="preserve">: </w:t>
      </w:r>
    </w:p>
    <w:tbl>
      <w:tblPr>
        <w:tblStyle w:val="TableGrid"/>
        <w:tblW w:w="10648" w:type="dxa"/>
        <w:tblInd w:w="108" w:type="dxa"/>
        <w:tblLook w:val="04A0" w:firstRow="1" w:lastRow="0" w:firstColumn="1" w:lastColumn="0" w:noHBand="0" w:noVBand="1"/>
      </w:tblPr>
      <w:tblGrid>
        <w:gridCol w:w="2268"/>
        <w:gridCol w:w="8380"/>
      </w:tblGrid>
      <w:tr w:rsidR="00EE0BDA" w14:paraId="0473A84A" w14:textId="77777777" w:rsidTr="00EE0BDA">
        <w:tc>
          <w:tcPr>
            <w:tcW w:w="2268" w:type="dxa"/>
          </w:tcPr>
          <w:p w14:paraId="16C6D6FE" w14:textId="274C5ECB" w:rsidR="00EE0BDA" w:rsidRPr="00EE0BDA" w:rsidRDefault="00EE0BDA" w:rsidP="00EE0BDA">
            <w:pPr>
              <w:spacing w:before="60" w:after="20"/>
              <w:rPr>
                <w:lang w:val="uk-UA"/>
              </w:rPr>
            </w:pPr>
            <w:proofErr w:type="spellStart"/>
            <w:r>
              <w:rPr>
                <w:b/>
                <w:sz w:val="16"/>
              </w:rPr>
              <w:t>Назва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закладу</w:t>
            </w:r>
            <w:proofErr w:type="spellEnd"/>
            <w:r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8380" w:type="dxa"/>
          </w:tcPr>
          <w:p w14:paraId="3615FC0F" w14:textId="77777777" w:rsidR="00EE0BDA" w:rsidRDefault="00EE0BDA" w:rsidP="00EE0BDA">
            <w:pPr>
              <w:spacing w:before="60" w:after="20"/>
              <w:rPr>
                <w:lang w:val="ru-RU"/>
              </w:rPr>
            </w:pPr>
          </w:p>
        </w:tc>
      </w:tr>
      <w:tr w:rsidR="00EE0BDA" w14:paraId="7D7BCE27" w14:textId="77777777" w:rsidTr="00EE0BDA">
        <w:tc>
          <w:tcPr>
            <w:tcW w:w="2268" w:type="dxa"/>
          </w:tcPr>
          <w:p w14:paraId="61180CD9" w14:textId="37DD64EB" w:rsidR="00EE0BDA" w:rsidRPr="00EE0BDA" w:rsidRDefault="00EE0BDA" w:rsidP="00EE0BDA">
            <w:pPr>
              <w:spacing w:before="60" w:after="20"/>
              <w:rPr>
                <w:lang w:val="uk-UA"/>
              </w:rPr>
            </w:pPr>
            <w:proofErr w:type="spellStart"/>
            <w:r>
              <w:rPr>
                <w:b/>
                <w:sz w:val="16"/>
              </w:rPr>
              <w:t>Контактна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особа</w:t>
            </w:r>
            <w:proofErr w:type="spellEnd"/>
            <w:r>
              <w:rPr>
                <w:b/>
                <w:sz w:val="16"/>
              </w:rPr>
              <w:t xml:space="preserve">, </w:t>
            </w:r>
            <w:proofErr w:type="spellStart"/>
            <w:r>
              <w:rPr>
                <w:b/>
                <w:sz w:val="16"/>
              </w:rPr>
              <w:t>посада</w:t>
            </w:r>
            <w:proofErr w:type="spellEnd"/>
            <w:r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8380" w:type="dxa"/>
          </w:tcPr>
          <w:p w14:paraId="34DF819A" w14:textId="77777777" w:rsidR="00EE0BDA" w:rsidRDefault="00EE0BDA" w:rsidP="00EE0BDA">
            <w:pPr>
              <w:spacing w:before="60" w:after="20"/>
              <w:rPr>
                <w:lang w:val="ru-RU"/>
              </w:rPr>
            </w:pPr>
          </w:p>
        </w:tc>
      </w:tr>
      <w:tr w:rsidR="00EE0BDA" w14:paraId="241D3286" w14:textId="77777777" w:rsidTr="00EE0BDA">
        <w:tc>
          <w:tcPr>
            <w:tcW w:w="2268" w:type="dxa"/>
          </w:tcPr>
          <w:p w14:paraId="27FFA266" w14:textId="437556AD" w:rsidR="00EE0BDA" w:rsidRPr="00EE0BDA" w:rsidRDefault="00EE0BDA" w:rsidP="00EE0BDA">
            <w:pPr>
              <w:spacing w:before="60" w:after="20"/>
              <w:rPr>
                <w:lang w:val="uk-UA"/>
              </w:rPr>
            </w:pPr>
            <w:proofErr w:type="spellStart"/>
            <w:r>
              <w:rPr>
                <w:b/>
                <w:sz w:val="16"/>
              </w:rPr>
              <w:t>Телефон</w:t>
            </w:r>
            <w:proofErr w:type="spellEnd"/>
            <w:r>
              <w:rPr>
                <w:b/>
                <w:sz w:val="16"/>
              </w:rPr>
              <w:t xml:space="preserve"> / e-mail</w:t>
            </w:r>
            <w:r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8380" w:type="dxa"/>
          </w:tcPr>
          <w:p w14:paraId="5C14C6D8" w14:textId="77777777" w:rsidR="00EE0BDA" w:rsidRDefault="00EE0BDA" w:rsidP="00EE0BDA">
            <w:pPr>
              <w:spacing w:before="60" w:after="20"/>
              <w:rPr>
                <w:lang w:val="ru-RU"/>
              </w:rPr>
            </w:pPr>
          </w:p>
        </w:tc>
      </w:tr>
    </w:tbl>
    <w:p w14:paraId="25A87EDB" w14:textId="77777777" w:rsidR="00ED67A1" w:rsidRDefault="00ED67A1">
      <w:pPr>
        <w:spacing w:before="60" w:after="20"/>
        <w:rPr>
          <w:b/>
          <w:sz w:val="19"/>
          <w:lang w:val="uk-UA"/>
        </w:rPr>
      </w:pPr>
    </w:p>
    <w:p w14:paraId="6FB8BDBA" w14:textId="51E051A1" w:rsidR="00522360" w:rsidRPr="00EE0BDA" w:rsidRDefault="00000000">
      <w:pPr>
        <w:spacing w:before="60" w:after="20"/>
        <w:rPr>
          <w:lang w:val="uk-UA"/>
        </w:rPr>
      </w:pPr>
      <w:r>
        <w:rPr>
          <w:b/>
          <w:sz w:val="19"/>
        </w:rPr>
        <w:t>2. І</w:t>
      </w:r>
      <w:proofErr w:type="spellStart"/>
      <w:r>
        <w:rPr>
          <w:b/>
          <w:sz w:val="19"/>
        </w:rPr>
        <w:t>нформація</w:t>
      </w:r>
      <w:proofErr w:type="spellEnd"/>
      <w:r>
        <w:rPr>
          <w:b/>
          <w:sz w:val="19"/>
        </w:rPr>
        <w:t xml:space="preserve"> </w:t>
      </w:r>
      <w:proofErr w:type="spellStart"/>
      <w:r>
        <w:rPr>
          <w:b/>
          <w:sz w:val="19"/>
        </w:rPr>
        <w:t>про</w:t>
      </w:r>
      <w:proofErr w:type="spellEnd"/>
      <w:r>
        <w:rPr>
          <w:b/>
          <w:sz w:val="19"/>
        </w:rPr>
        <w:t xml:space="preserve"> </w:t>
      </w:r>
      <w:proofErr w:type="spellStart"/>
      <w:r>
        <w:rPr>
          <w:b/>
          <w:sz w:val="19"/>
        </w:rPr>
        <w:t>медичний</w:t>
      </w:r>
      <w:proofErr w:type="spellEnd"/>
      <w:r>
        <w:rPr>
          <w:b/>
          <w:sz w:val="19"/>
        </w:rPr>
        <w:t xml:space="preserve"> </w:t>
      </w:r>
      <w:proofErr w:type="spellStart"/>
      <w:r>
        <w:rPr>
          <w:b/>
          <w:sz w:val="19"/>
        </w:rPr>
        <w:t>виріб</w:t>
      </w:r>
      <w:proofErr w:type="spellEnd"/>
      <w:r w:rsidR="00EE0BDA">
        <w:rPr>
          <w:b/>
          <w:sz w:val="19"/>
          <w:lang w:val="uk-UA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3002"/>
        <w:gridCol w:w="1818"/>
        <w:gridCol w:w="3452"/>
      </w:tblGrid>
      <w:tr w:rsidR="00522360" w14:paraId="1546B1BD" w14:textId="77777777" w:rsidTr="00EE0BDA">
        <w:trPr>
          <w:jc w:val="center"/>
        </w:trPr>
        <w:tc>
          <w:tcPr>
            <w:tcW w:w="2268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1D538CAC" w14:textId="36617222" w:rsidR="00522360" w:rsidRPr="00EE0BDA" w:rsidRDefault="00000000">
            <w:pPr>
              <w:rPr>
                <w:lang w:val="uk-UA"/>
              </w:rPr>
            </w:pPr>
            <w:proofErr w:type="spellStart"/>
            <w:r>
              <w:rPr>
                <w:b/>
                <w:sz w:val="16"/>
              </w:rPr>
              <w:t>Назва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виробу</w:t>
            </w:r>
            <w:proofErr w:type="spellEnd"/>
            <w:r w:rsidR="00EE0BDA"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3002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29485EF4" w14:textId="77777777" w:rsidR="00522360" w:rsidRDefault="00522360"/>
        </w:tc>
        <w:tc>
          <w:tcPr>
            <w:tcW w:w="1818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86F8085" w14:textId="470A9EB7" w:rsidR="00522360" w:rsidRPr="00EE0BDA" w:rsidRDefault="00EE0BDA">
            <w:pPr>
              <w:rPr>
                <w:lang w:val="uk-UA"/>
              </w:rPr>
            </w:pPr>
            <w:proofErr w:type="spellStart"/>
            <w:r>
              <w:rPr>
                <w:b/>
                <w:sz w:val="16"/>
              </w:rPr>
              <w:t>Виробник</w:t>
            </w:r>
            <w:proofErr w:type="spellEnd"/>
            <w:r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3452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48A24BE7" w14:textId="77777777" w:rsidR="00522360" w:rsidRDefault="00522360"/>
        </w:tc>
      </w:tr>
      <w:tr w:rsidR="00522360" w14:paraId="05221BE1" w14:textId="77777777" w:rsidTr="00EE0BDA">
        <w:trPr>
          <w:jc w:val="center"/>
        </w:trPr>
        <w:tc>
          <w:tcPr>
            <w:tcW w:w="2268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41D6AD0" w14:textId="53644F9A" w:rsidR="00522360" w:rsidRPr="00EE0BDA" w:rsidRDefault="00000000">
            <w:pPr>
              <w:rPr>
                <w:lang w:val="uk-UA"/>
              </w:rPr>
            </w:pPr>
            <w:r>
              <w:rPr>
                <w:b/>
                <w:sz w:val="16"/>
              </w:rPr>
              <w:t xml:space="preserve">Модель / REF / </w:t>
            </w:r>
            <w:proofErr w:type="spellStart"/>
            <w:r>
              <w:rPr>
                <w:b/>
                <w:sz w:val="16"/>
              </w:rPr>
              <w:t>розмір</w:t>
            </w:r>
            <w:proofErr w:type="spellEnd"/>
            <w:r w:rsidR="00EE0BDA"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3002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07978E86" w14:textId="77777777" w:rsidR="00522360" w:rsidRDefault="00522360"/>
        </w:tc>
        <w:tc>
          <w:tcPr>
            <w:tcW w:w="1818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C435FCD" w14:textId="7D77AE7D" w:rsidR="00522360" w:rsidRPr="00EE0BDA" w:rsidRDefault="00000000">
            <w:pPr>
              <w:rPr>
                <w:lang w:val="uk-UA"/>
              </w:rPr>
            </w:pPr>
            <w:r>
              <w:rPr>
                <w:b/>
                <w:sz w:val="16"/>
              </w:rPr>
              <w:t xml:space="preserve">LOT / </w:t>
            </w:r>
            <w:proofErr w:type="spellStart"/>
            <w:r>
              <w:rPr>
                <w:b/>
                <w:sz w:val="16"/>
              </w:rPr>
              <w:t>серія</w:t>
            </w:r>
            <w:proofErr w:type="spellEnd"/>
            <w:r>
              <w:rPr>
                <w:b/>
                <w:sz w:val="16"/>
              </w:rPr>
              <w:t xml:space="preserve"> / </w:t>
            </w:r>
            <w:proofErr w:type="spellStart"/>
            <w:r>
              <w:rPr>
                <w:b/>
                <w:sz w:val="16"/>
              </w:rPr>
              <w:t>партія</w:t>
            </w:r>
            <w:proofErr w:type="spellEnd"/>
            <w:r w:rsidR="00EE0BDA"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3452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1FBF335C" w14:textId="77777777" w:rsidR="00522360" w:rsidRDefault="00522360"/>
        </w:tc>
      </w:tr>
      <w:tr w:rsidR="00522360" w14:paraId="24DE1AFF" w14:textId="77777777" w:rsidTr="00EE0BDA">
        <w:trPr>
          <w:jc w:val="center"/>
        </w:trPr>
        <w:tc>
          <w:tcPr>
            <w:tcW w:w="2268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089436D9" w14:textId="4A4EAB33" w:rsidR="00522360" w:rsidRPr="00EE0BDA" w:rsidRDefault="00EE0BDA">
            <w:pPr>
              <w:rPr>
                <w:lang w:val="uk-UA"/>
              </w:rPr>
            </w:pPr>
            <w:proofErr w:type="spellStart"/>
            <w:r>
              <w:rPr>
                <w:b/>
                <w:sz w:val="16"/>
              </w:rPr>
              <w:t>Постачальник</w:t>
            </w:r>
            <w:proofErr w:type="spellEnd"/>
            <w:r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3002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3908C779" w14:textId="77777777" w:rsidR="00522360" w:rsidRDefault="00522360"/>
        </w:tc>
        <w:tc>
          <w:tcPr>
            <w:tcW w:w="1818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20D93FFB" w14:textId="6D2CCEA7" w:rsidR="00522360" w:rsidRPr="00EE0BDA" w:rsidRDefault="00EE0BDA">
            <w:pPr>
              <w:rPr>
                <w:lang w:val="uk-UA"/>
              </w:rPr>
            </w:pPr>
            <w:r>
              <w:rPr>
                <w:b/>
                <w:sz w:val="16"/>
                <w:lang w:val="uk-UA"/>
              </w:rPr>
              <w:t xml:space="preserve">Додатково: </w:t>
            </w:r>
          </w:p>
        </w:tc>
        <w:tc>
          <w:tcPr>
            <w:tcW w:w="3452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49783D8D" w14:textId="77777777" w:rsidR="00522360" w:rsidRDefault="00522360"/>
        </w:tc>
      </w:tr>
    </w:tbl>
    <w:p w14:paraId="3960937F" w14:textId="77777777" w:rsidR="00ED67A1" w:rsidRDefault="00ED67A1">
      <w:pPr>
        <w:spacing w:before="60" w:after="20"/>
        <w:rPr>
          <w:b/>
          <w:sz w:val="19"/>
          <w:lang w:val="uk-UA"/>
        </w:rPr>
      </w:pPr>
    </w:p>
    <w:p w14:paraId="76833149" w14:textId="4C176A94" w:rsidR="00522360" w:rsidRDefault="00EE0BDA">
      <w:pPr>
        <w:spacing w:before="60" w:after="20"/>
        <w:rPr>
          <w:b/>
          <w:sz w:val="19"/>
          <w:lang w:val="uk-UA"/>
        </w:rPr>
      </w:pPr>
      <w:r>
        <w:rPr>
          <w:b/>
          <w:sz w:val="19"/>
          <w:lang w:val="uk-UA"/>
        </w:rPr>
        <w:t>3</w:t>
      </w:r>
      <w:r w:rsidR="00000000">
        <w:rPr>
          <w:b/>
          <w:sz w:val="19"/>
        </w:rPr>
        <w:t xml:space="preserve">. </w:t>
      </w:r>
      <w:proofErr w:type="spellStart"/>
      <w:r w:rsidR="00000000">
        <w:rPr>
          <w:b/>
          <w:sz w:val="19"/>
        </w:rPr>
        <w:t>Опис</w:t>
      </w:r>
      <w:proofErr w:type="spellEnd"/>
      <w:r w:rsidR="00000000">
        <w:rPr>
          <w:b/>
          <w:sz w:val="19"/>
        </w:rPr>
        <w:t xml:space="preserve"> </w:t>
      </w:r>
      <w:proofErr w:type="spellStart"/>
      <w:r w:rsidR="00000000">
        <w:rPr>
          <w:b/>
          <w:sz w:val="19"/>
        </w:rPr>
        <w:t>події</w:t>
      </w:r>
      <w:proofErr w:type="spellEnd"/>
      <w:r>
        <w:rPr>
          <w:b/>
          <w:sz w:val="19"/>
          <w:lang w:val="uk-UA"/>
        </w:rPr>
        <w:t>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8380"/>
      </w:tblGrid>
      <w:tr w:rsidR="00EE0BDA" w14:paraId="4FC4BF84" w14:textId="77777777" w:rsidTr="00EE0BDA">
        <w:tc>
          <w:tcPr>
            <w:tcW w:w="2268" w:type="dxa"/>
          </w:tcPr>
          <w:p w14:paraId="0E5EB8DF" w14:textId="4A32DF43" w:rsidR="00EE0BDA" w:rsidRPr="00EE0BDA" w:rsidRDefault="00EE0BDA">
            <w:pPr>
              <w:spacing w:before="60" w:after="20"/>
              <w:rPr>
                <w:b/>
                <w:sz w:val="19"/>
                <w:lang w:val="uk-UA"/>
              </w:rPr>
            </w:pPr>
            <w:proofErr w:type="spellStart"/>
            <w:r>
              <w:rPr>
                <w:b/>
                <w:sz w:val="16"/>
              </w:rPr>
              <w:t>Дата</w:t>
            </w:r>
            <w:proofErr w:type="spellEnd"/>
            <w:r>
              <w:rPr>
                <w:b/>
                <w:sz w:val="16"/>
              </w:rPr>
              <w:t xml:space="preserve"> і </w:t>
            </w:r>
            <w:proofErr w:type="spellStart"/>
            <w:r>
              <w:rPr>
                <w:b/>
                <w:sz w:val="16"/>
              </w:rPr>
              <w:t>час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події</w:t>
            </w:r>
            <w:proofErr w:type="spellEnd"/>
            <w:r>
              <w:rPr>
                <w:b/>
                <w:sz w:val="16"/>
                <w:lang w:val="uk-UA"/>
              </w:rPr>
              <w:t xml:space="preserve">: </w:t>
            </w:r>
          </w:p>
        </w:tc>
        <w:tc>
          <w:tcPr>
            <w:tcW w:w="8380" w:type="dxa"/>
          </w:tcPr>
          <w:p w14:paraId="62E6EAA6" w14:textId="77777777" w:rsidR="00EE0BDA" w:rsidRDefault="00EE0BDA">
            <w:pPr>
              <w:spacing w:before="60" w:after="20"/>
              <w:rPr>
                <w:b/>
                <w:sz w:val="19"/>
                <w:lang w:val="uk-UA"/>
              </w:rPr>
            </w:pPr>
          </w:p>
        </w:tc>
      </w:tr>
      <w:tr w:rsidR="00EE0BDA" w14:paraId="7AEAE972" w14:textId="77777777" w:rsidTr="00EE0BDA">
        <w:tc>
          <w:tcPr>
            <w:tcW w:w="2268" w:type="dxa"/>
          </w:tcPr>
          <w:p w14:paraId="49F4034B" w14:textId="54B3594A" w:rsidR="00EE0BDA" w:rsidRPr="00EE0BDA" w:rsidRDefault="00EE0BDA">
            <w:pPr>
              <w:spacing w:before="60" w:after="20"/>
              <w:rPr>
                <w:b/>
                <w:sz w:val="19"/>
                <w:lang w:val="uk-UA"/>
              </w:rPr>
            </w:pPr>
            <w:proofErr w:type="spellStart"/>
            <w:r>
              <w:rPr>
                <w:b/>
                <w:sz w:val="16"/>
              </w:rPr>
              <w:t>Етап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виявлення</w:t>
            </w:r>
            <w:proofErr w:type="spellEnd"/>
            <w:r>
              <w:rPr>
                <w:b/>
                <w:sz w:val="16"/>
                <w:lang w:val="uk-UA"/>
              </w:rPr>
              <w:t xml:space="preserve">: </w:t>
            </w:r>
          </w:p>
        </w:tc>
        <w:tc>
          <w:tcPr>
            <w:tcW w:w="8380" w:type="dxa"/>
          </w:tcPr>
          <w:p w14:paraId="312F3401" w14:textId="66E84C0C" w:rsidR="00EE0BDA" w:rsidRDefault="00EE0BDA">
            <w:pPr>
              <w:spacing w:before="60" w:after="20"/>
              <w:rPr>
                <w:b/>
                <w:sz w:val="19"/>
                <w:lang w:val="uk-UA"/>
              </w:rPr>
            </w:pPr>
            <w:r w:rsidRPr="00EE0BDA">
              <w:rPr>
                <w:rFonts w:ascii="Segoe UI Symbol" w:hAnsi="Segoe UI Symbol" w:cs="Segoe UI Symbol"/>
                <w:sz w:val="16"/>
                <w:lang w:val="ru-RU"/>
              </w:rPr>
              <w:t>☐</w:t>
            </w:r>
            <w:r w:rsidRPr="00EE0BDA">
              <w:rPr>
                <w:sz w:val="16"/>
                <w:lang w:val="ru-RU"/>
              </w:rPr>
              <w:t xml:space="preserve"> до </w:t>
            </w:r>
            <w:proofErr w:type="spellStart"/>
            <w:r w:rsidRPr="00EE0BDA">
              <w:rPr>
                <w:sz w:val="16"/>
                <w:lang w:val="ru-RU"/>
              </w:rPr>
              <w:t>використання</w:t>
            </w:r>
            <w:proofErr w:type="spellEnd"/>
            <w:r w:rsidRPr="00EE0BDA">
              <w:rPr>
                <w:sz w:val="16"/>
                <w:lang w:val="ru-RU"/>
              </w:rPr>
              <w:t xml:space="preserve">   </w:t>
            </w:r>
            <w:r w:rsidRPr="00EE0BDA">
              <w:rPr>
                <w:rFonts w:ascii="Segoe UI Symbol" w:hAnsi="Segoe UI Symbol" w:cs="Segoe UI Symbol"/>
                <w:sz w:val="16"/>
                <w:lang w:val="ru-RU"/>
              </w:rPr>
              <w:t>☐</w:t>
            </w:r>
            <w:r w:rsidRPr="00EE0BDA">
              <w:rPr>
                <w:sz w:val="16"/>
                <w:lang w:val="ru-RU"/>
              </w:rPr>
              <w:t xml:space="preserve"> </w:t>
            </w:r>
            <w:proofErr w:type="spellStart"/>
            <w:r w:rsidRPr="00EE0BDA">
              <w:rPr>
                <w:sz w:val="16"/>
                <w:lang w:val="ru-RU"/>
              </w:rPr>
              <w:t>під</w:t>
            </w:r>
            <w:proofErr w:type="spellEnd"/>
            <w:r w:rsidRPr="00EE0BDA">
              <w:rPr>
                <w:sz w:val="16"/>
                <w:lang w:val="ru-RU"/>
              </w:rPr>
              <w:t xml:space="preserve"> час </w:t>
            </w:r>
            <w:proofErr w:type="spellStart"/>
            <w:r w:rsidRPr="00EE0BDA">
              <w:rPr>
                <w:sz w:val="16"/>
                <w:lang w:val="ru-RU"/>
              </w:rPr>
              <w:t>використання</w:t>
            </w:r>
            <w:proofErr w:type="spellEnd"/>
            <w:r w:rsidRPr="00EE0BDA">
              <w:rPr>
                <w:sz w:val="16"/>
                <w:lang w:val="ru-RU"/>
              </w:rPr>
              <w:t xml:space="preserve">   </w:t>
            </w:r>
            <w:r w:rsidRPr="00EE0BDA">
              <w:rPr>
                <w:rFonts w:ascii="Segoe UI Symbol" w:hAnsi="Segoe UI Symbol" w:cs="Segoe UI Symbol"/>
                <w:sz w:val="16"/>
                <w:lang w:val="ru-RU"/>
              </w:rPr>
              <w:t>☐</w:t>
            </w:r>
            <w:r w:rsidRPr="00EE0BDA">
              <w:rPr>
                <w:sz w:val="16"/>
                <w:lang w:val="ru-RU"/>
              </w:rPr>
              <w:t xml:space="preserve"> </w:t>
            </w:r>
            <w:proofErr w:type="spellStart"/>
            <w:r w:rsidRPr="00EE0BDA">
              <w:rPr>
                <w:sz w:val="16"/>
                <w:lang w:val="ru-RU"/>
              </w:rPr>
              <w:t>після</w:t>
            </w:r>
            <w:proofErr w:type="spellEnd"/>
            <w:r w:rsidRPr="00EE0BDA">
              <w:rPr>
                <w:sz w:val="16"/>
                <w:lang w:val="ru-RU"/>
              </w:rPr>
              <w:t xml:space="preserve"> </w:t>
            </w:r>
            <w:proofErr w:type="spellStart"/>
            <w:r w:rsidRPr="00EE0BDA">
              <w:rPr>
                <w:sz w:val="16"/>
                <w:lang w:val="ru-RU"/>
              </w:rPr>
              <w:t>використання</w:t>
            </w:r>
            <w:proofErr w:type="spellEnd"/>
          </w:p>
        </w:tc>
      </w:tr>
      <w:tr w:rsidR="00EE0BDA" w14:paraId="2CC63ED0" w14:textId="77777777" w:rsidTr="00EE0BDA">
        <w:tc>
          <w:tcPr>
            <w:tcW w:w="2268" w:type="dxa"/>
          </w:tcPr>
          <w:p w14:paraId="210AA783" w14:textId="181AA5D6" w:rsidR="00EE0BDA" w:rsidRPr="00EE0BDA" w:rsidRDefault="00EE0BDA">
            <w:pPr>
              <w:spacing w:before="60" w:after="20"/>
              <w:rPr>
                <w:b/>
                <w:bCs/>
                <w:sz w:val="19"/>
                <w:lang w:val="uk-UA"/>
              </w:rPr>
            </w:pPr>
            <w:proofErr w:type="spellStart"/>
            <w:r w:rsidRPr="00EE0BDA">
              <w:rPr>
                <w:b/>
                <w:bCs/>
                <w:sz w:val="16"/>
                <w:lang w:val="ru-RU"/>
              </w:rPr>
              <w:t>Опис</w:t>
            </w:r>
            <w:proofErr w:type="spellEnd"/>
            <w:r w:rsidRPr="00EE0BDA">
              <w:rPr>
                <w:b/>
                <w:bCs/>
                <w:sz w:val="16"/>
                <w:lang w:val="ru-RU"/>
              </w:rPr>
              <w:t xml:space="preserve"> </w:t>
            </w:r>
            <w:proofErr w:type="spellStart"/>
            <w:r w:rsidRPr="00EE0BDA">
              <w:rPr>
                <w:b/>
                <w:bCs/>
                <w:sz w:val="16"/>
                <w:lang w:val="ru-RU"/>
              </w:rPr>
              <w:t>події</w:t>
            </w:r>
            <w:proofErr w:type="spellEnd"/>
            <w:r w:rsidRPr="00EE0BDA">
              <w:rPr>
                <w:b/>
                <w:bCs/>
                <w:sz w:val="16"/>
                <w:lang w:val="ru-RU"/>
              </w:rPr>
              <w:t xml:space="preserve"> та </w:t>
            </w:r>
            <w:proofErr w:type="spellStart"/>
            <w:r w:rsidRPr="00EE0BDA">
              <w:rPr>
                <w:b/>
                <w:bCs/>
                <w:sz w:val="16"/>
                <w:lang w:val="ru-RU"/>
              </w:rPr>
              <w:t>обставин</w:t>
            </w:r>
            <w:proofErr w:type="spellEnd"/>
            <w:r w:rsidRPr="00EE0BDA">
              <w:rPr>
                <w:b/>
                <w:bCs/>
                <w:sz w:val="16"/>
                <w:lang w:val="ru-RU"/>
              </w:rPr>
              <w:t>:</w:t>
            </w:r>
          </w:p>
        </w:tc>
        <w:tc>
          <w:tcPr>
            <w:tcW w:w="8380" w:type="dxa"/>
          </w:tcPr>
          <w:p w14:paraId="0A5E7CD1" w14:textId="77777777" w:rsidR="00EE0BDA" w:rsidRDefault="00EE0BDA">
            <w:pPr>
              <w:spacing w:before="60" w:after="20"/>
              <w:rPr>
                <w:b/>
                <w:sz w:val="19"/>
                <w:lang w:val="uk-UA"/>
              </w:rPr>
            </w:pPr>
          </w:p>
          <w:p w14:paraId="6F22D09A" w14:textId="77777777" w:rsidR="00EE0BDA" w:rsidRDefault="00EE0BDA">
            <w:pPr>
              <w:spacing w:before="60" w:after="20"/>
              <w:rPr>
                <w:b/>
                <w:sz w:val="19"/>
                <w:lang w:val="uk-UA"/>
              </w:rPr>
            </w:pPr>
          </w:p>
          <w:p w14:paraId="30C9120D" w14:textId="77777777" w:rsidR="00EE0BDA" w:rsidRDefault="00EE0BDA">
            <w:pPr>
              <w:spacing w:before="60" w:after="20"/>
              <w:rPr>
                <w:b/>
                <w:sz w:val="19"/>
                <w:lang w:val="uk-UA"/>
              </w:rPr>
            </w:pPr>
          </w:p>
        </w:tc>
      </w:tr>
    </w:tbl>
    <w:p w14:paraId="362BA024" w14:textId="77777777" w:rsidR="00ED67A1" w:rsidRDefault="00ED67A1">
      <w:pPr>
        <w:spacing w:before="60" w:after="20"/>
        <w:rPr>
          <w:b/>
          <w:sz w:val="19"/>
          <w:lang w:val="uk-UA"/>
        </w:rPr>
      </w:pPr>
    </w:p>
    <w:p w14:paraId="3B24D1D5" w14:textId="49073FE9" w:rsidR="00522360" w:rsidRPr="00EE0BDA" w:rsidRDefault="00EE0BDA">
      <w:pPr>
        <w:spacing w:before="60" w:after="20"/>
        <w:rPr>
          <w:lang w:val="uk-UA"/>
        </w:rPr>
      </w:pPr>
      <w:r>
        <w:rPr>
          <w:b/>
          <w:sz w:val="19"/>
          <w:lang w:val="uk-UA"/>
        </w:rPr>
        <w:t>4</w:t>
      </w:r>
      <w:r w:rsidR="00000000">
        <w:rPr>
          <w:b/>
          <w:sz w:val="19"/>
        </w:rPr>
        <w:t xml:space="preserve">. </w:t>
      </w:r>
      <w:proofErr w:type="spellStart"/>
      <w:r w:rsidR="00000000">
        <w:rPr>
          <w:b/>
          <w:sz w:val="19"/>
        </w:rPr>
        <w:t>Наслідки</w:t>
      </w:r>
      <w:proofErr w:type="spellEnd"/>
      <w:r w:rsidR="00000000">
        <w:rPr>
          <w:b/>
          <w:sz w:val="19"/>
        </w:rPr>
        <w:t xml:space="preserve"> / </w:t>
      </w:r>
      <w:proofErr w:type="spellStart"/>
      <w:r w:rsidR="00000000">
        <w:rPr>
          <w:b/>
          <w:sz w:val="19"/>
        </w:rPr>
        <w:t>ризик</w:t>
      </w:r>
      <w:proofErr w:type="spellEnd"/>
      <w:r>
        <w:rPr>
          <w:b/>
          <w:sz w:val="19"/>
          <w:lang w:val="uk-UA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522360" w:rsidRPr="00EE0BDA" w14:paraId="2CDA3F5F" w14:textId="77777777">
        <w:trPr>
          <w:jc w:val="center"/>
        </w:trPr>
        <w:tc>
          <w:tcPr>
            <w:tcW w:w="10540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3FE4CC7D" w14:textId="77777777" w:rsidR="00EE0BDA" w:rsidRDefault="00000000">
            <w:pPr>
              <w:rPr>
                <w:sz w:val="16"/>
                <w:lang w:val="uk-UA"/>
              </w:rPr>
            </w:pPr>
            <w:r>
              <w:rPr>
                <w:sz w:val="16"/>
              </w:rPr>
              <w:t xml:space="preserve">☐ </w:t>
            </w:r>
            <w:proofErr w:type="spellStart"/>
            <w:r>
              <w:rPr>
                <w:sz w:val="16"/>
              </w:rPr>
              <w:t>без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шкоди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для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пацієнта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користувача</w:t>
            </w:r>
            <w:proofErr w:type="spellEnd"/>
            <w:r>
              <w:rPr>
                <w:sz w:val="16"/>
              </w:rPr>
              <w:t xml:space="preserve">    ☐ </w:t>
            </w:r>
            <w:proofErr w:type="spellStart"/>
            <w:r>
              <w:rPr>
                <w:sz w:val="16"/>
              </w:rPr>
              <w:t>потенційний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ризик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шкоди</w:t>
            </w:r>
            <w:proofErr w:type="spellEnd"/>
            <w:r>
              <w:rPr>
                <w:sz w:val="16"/>
              </w:rPr>
              <w:t xml:space="preserve">    ☐ </w:t>
            </w:r>
            <w:proofErr w:type="spellStart"/>
            <w:r>
              <w:rPr>
                <w:sz w:val="16"/>
              </w:rPr>
              <w:t>погіршення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стану</w:t>
            </w:r>
            <w:proofErr w:type="spellEnd"/>
            <w:r>
              <w:rPr>
                <w:sz w:val="16"/>
              </w:rPr>
              <w:t xml:space="preserve">    ☐ </w:t>
            </w:r>
            <w:proofErr w:type="spellStart"/>
            <w:r>
              <w:rPr>
                <w:sz w:val="16"/>
              </w:rPr>
              <w:t>додаткове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втручання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лікування</w:t>
            </w:r>
            <w:proofErr w:type="spellEnd"/>
            <w:r>
              <w:rPr>
                <w:sz w:val="16"/>
              </w:rPr>
              <w:t xml:space="preserve">    </w:t>
            </w:r>
          </w:p>
          <w:p w14:paraId="53621112" w14:textId="73813BEC" w:rsidR="00EE0BDA" w:rsidRPr="00EE0BDA" w:rsidRDefault="00000000">
            <w:pPr>
              <w:rPr>
                <w:sz w:val="16"/>
                <w:lang w:val="uk-UA"/>
              </w:rPr>
            </w:pPr>
            <w:r w:rsidRPr="00EE0BDA">
              <w:rPr>
                <w:sz w:val="16"/>
                <w:lang w:val="uk-UA"/>
              </w:rPr>
              <w:t xml:space="preserve">☐ госпіталізація / подовження госпіталізації    ☐ загроза життю    ☐ смерть    ☐ вплив на клінічне рішення (для </w:t>
            </w:r>
            <w:r>
              <w:rPr>
                <w:sz w:val="16"/>
              </w:rPr>
              <w:t>IVD</w:t>
            </w:r>
            <w:r w:rsidRPr="00EE0BDA">
              <w:rPr>
                <w:sz w:val="16"/>
                <w:lang w:val="uk-UA"/>
              </w:rPr>
              <w:t>)</w:t>
            </w:r>
          </w:p>
          <w:p w14:paraId="4C420EF6" w14:textId="77777777" w:rsidR="00522360" w:rsidRDefault="00000000">
            <w:pPr>
              <w:rPr>
                <w:lang w:val="ru-RU"/>
              </w:rPr>
            </w:pPr>
            <w:r w:rsidRPr="00EE0BDA">
              <w:rPr>
                <w:sz w:val="16"/>
                <w:lang w:val="uk-UA"/>
              </w:rPr>
              <w:br/>
            </w:r>
            <w:r w:rsidRPr="00EE0BDA">
              <w:rPr>
                <w:sz w:val="16"/>
                <w:lang w:val="ru-RU"/>
              </w:rPr>
              <w:t xml:space="preserve">Короткий </w:t>
            </w:r>
            <w:proofErr w:type="spellStart"/>
            <w:r w:rsidRPr="00EE0BDA">
              <w:rPr>
                <w:sz w:val="16"/>
                <w:lang w:val="ru-RU"/>
              </w:rPr>
              <w:t>опис</w:t>
            </w:r>
            <w:proofErr w:type="spellEnd"/>
            <w:r w:rsidRPr="00EE0BDA">
              <w:rPr>
                <w:sz w:val="16"/>
                <w:lang w:val="ru-RU"/>
              </w:rPr>
              <w:t xml:space="preserve"> </w:t>
            </w:r>
            <w:proofErr w:type="spellStart"/>
            <w:r w:rsidRPr="00EE0BDA">
              <w:rPr>
                <w:sz w:val="16"/>
                <w:lang w:val="ru-RU"/>
              </w:rPr>
              <w:t>наслідків</w:t>
            </w:r>
            <w:proofErr w:type="spellEnd"/>
            <w:r w:rsidRPr="00EE0BDA">
              <w:rPr>
                <w:sz w:val="16"/>
                <w:lang w:val="ru-RU"/>
              </w:rPr>
              <w:t xml:space="preserve"> </w:t>
            </w:r>
            <w:proofErr w:type="spellStart"/>
            <w:r w:rsidRPr="00EE0BDA">
              <w:rPr>
                <w:sz w:val="16"/>
                <w:lang w:val="ru-RU"/>
              </w:rPr>
              <w:t>або</w:t>
            </w:r>
            <w:proofErr w:type="spellEnd"/>
            <w:r w:rsidRPr="00EE0BDA">
              <w:rPr>
                <w:sz w:val="16"/>
                <w:lang w:val="ru-RU"/>
              </w:rPr>
              <w:t xml:space="preserve"> </w:t>
            </w:r>
            <w:proofErr w:type="spellStart"/>
            <w:r w:rsidRPr="00EE0BDA">
              <w:rPr>
                <w:sz w:val="16"/>
                <w:lang w:val="ru-RU"/>
              </w:rPr>
              <w:t>ризику</w:t>
            </w:r>
            <w:proofErr w:type="spellEnd"/>
            <w:r w:rsidRPr="00EE0BDA">
              <w:rPr>
                <w:sz w:val="16"/>
                <w:lang w:val="ru-RU"/>
              </w:rPr>
              <w:t>:</w:t>
            </w:r>
            <w:r w:rsidRPr="00EE0BDA">
              <w:rPr>
                <w:sz w:val="16"/>
                <w:lang w:val="ru-RU"/>
              </w:rPr>
              <w:br/>
            </w:r>
            <w:r w:rsidRPr="00EE0BDA">
              <w:rPr>
                <w:sz w:val="16"/>
                <w:lang w:val="ru-RU"/>
              </w:rPr>
              <w:br/>
            </w:r>
          </w:p>
          <w:p w14:paraId="0E92B299" w14:textId="5CDE3347" w:rsidR="00EE0BDA" w:rsidRPr="00EE0BDA" w:rsidRDefault="00EE0BDA">
            <w:pPr>
              <w:rPr>
                <w:lang w:val="ru-RU"/>
              </w:rPr>
            </w:pPr>
          </w:p>
        </w:tc>
      </w:tr>
    </w:tbl>
    <w:p w14:paraId="4BBDE44C" w14:textId="11CC1EDA" w:rsidR="00522360" w:rsidRPr="00EE0BDA" w:rsidRDefault="00EE0BDA">
      <w:pPr>
        <w:spacing w:before="60" w:after="20"/>
        <w:rPr>
          <w:lang w:val="uk-UA"/>
        </w:rPr>
      </w:pPr>
      <w:r>
        <w:rPr>
          <w:b/>
          <w:sz w:val="19"/>
          <w:lang w:val="uk-UA"/>
        </w:rPr>
        <w:t>5</w:t>
      </w:r>
      <w:r w:rsidR="00000000">
        <w:rPr>
          <w:b/>
          <w:sz w:val="19"/>
        </w:rPr>
        <w:t xml:space="preserve">. </w:t>
      </w:r>
      <w:proofErr w:type="spellStart"/>
      <w:r w:rsidR="00000000">
        <w:rPr>
          <w:b/>
          <w:sz w:val="19"/>
        </w:rPr>
        <w:t>Дії</w:t>
      </w:r>
      <w:proofErr w:type="spellEnd"/>
      <w:r w:rsidR="00000000">
        <w:rPr>
          <w:b/>
          <w:sz w:val="19"/>
        </w:rPr>
        <w:t xml:space="preserve"> </w:t>
      </w:r>
      <w:proofErr w:type="spellStart"/>
      <w:r w:rsidR="00000000">
        <w:rPr>
          <w:b/>
          <w:sz w:val="19"/>
        </w:rPr>
        <w:t>закладу</w:t>
      </w:r>
      <w:proofErr w:type="spellEnd"/>
      <w:r>
        <w:rPr>
          <w:b/>
          <w:sz w:val="19"/>
          <w:lang w:val="uk-UA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522360" w:rsidRPr="00EE0BDA" w14:paraId="4FF08B43" w14:textId="77777777">
        <w:trPr>
          <w:jc w:val="center"/>
        </w:trPr>
        <w:tc>
          <w:tcPr>
            <w:tcW w:w="10540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6074AC8A" w14:textId="77777777" w:rsidR="00EE0BDA" w:rsidRDefault="00000000">
            <w:pPr>
              <w:rPr>
                <w:sz w:val="16"/>
                <w:lang w:val="uk-UA"/>
              </w:rPr>
            </w:pPr>
            <w:r w:rsidRPr="00EE0BDA">
              <w:rPr>
                <w:sz w:val="16"/>
                <w:lang w:val="uk-UA"/>
              </w:rPr>
              <w:t xml:space="preserve">☐ використання виробу припинено    ☐ виріб / партію ізольовано    ☐ збережено зразок / залишки виробу    ☐ збережено упаковку та маркування    ☐ зроблено фото / відео    ☐ повідомлено постачальника    ☐ повідомлено ДП «МЗУ»    ☐ повідомлено </w:t>
            </w:r>
            <w:proofErr w:type="spellStart"/>
            <w:r w:rsidRPr="00EE0BDA">
              <w:rPr>
                <w:sz w:val="16"/>
                <w:lang w:val="uk-UA"/>
              </w:rPr>
              <w:t>Держлікслужбу</w:t>
            </w:r>
            <w:proofErr w:type="spellEnd"/>
            <w:r w:rsidRPr="00EE0BDA">
              <w:rPr>
                <w:sz w:val="16"/>
                <w:lang w:val="uk-UA"/>
              </w:rPr>
              <w:t xml:space="preserve">     </w:t>
            </w:r>
          </w:p>
          <w:p w14:paraId="232C5731" w14:textId="77777777" w:rsidR="00EE0BDA" w:rsidRDefault="00EE0BDA">
            <w:pPr>
              <w:rPr>
                <w:sz w:val="16"/>
                <w:lang w:val="uk-UA"/>
              </w:rPr>
            </w:pPr>
          </w:p>
          <w:p w14:paraId="4A1B72B3" w14:textId="770C0518" w:rsidR="00522360" w:rsidRDefault="00EE0BDA">
            <w:pPr>
              <w:rPr>
                <w:sz w:val="16"/>
                <w:lang w:val="uk-UA"/>
              </w:rPr>
            </w:pPr>
            <w:r>
              <w:rPr>
                <w:sz w:val="16"/>
                <w:lang w:val="uk-UA"/>
              </w:rPr>
              <w:t>І</w:t>
            </w:r>
            <w:r w:rsidR="00000000" w:rsidRPr="00EE0BDA">
              <w:rPr>
                <w:sz w:val="16"/>
                <w:lang w:val="uk-UA"/>
              </w:rPr>
              <w:t xml:space="preserve">нше: </w:t>
            </w:r>
            <w:r>
              <w:rPr>
                <w:sz w:val="16"/>
                <w:lang w:val="uk-UA"/>
              </w:rPr>
              <w:t xml:space="preserve"> </w:t>
            </w:r>
          </w:p>
          <w:p w14:paraId="5C8E378D" w14:textId="77777777" w:rsidR="00EE0BDA" w:rsidRDefault="00EE0BDA">
            <w:pPr>
              <w:rPr>
                <w:lang w:val="uk-UA"/>
              </w:rPr>
            </w:pPr>
          </w:p>
          <w:p w14:paraId="38CD48DE" w14:textId="77777777" w:rsidR="00EE0BDA" w:rsidRDefault="00EE0BDA">
            <w:pPr>
              <w:rPr>
                <w:lang w:val="uk-UA"/>
              </w:rPr>
            </w:pPr>
          </w:p>
          <w:p w14:paraId="4EEC07B5" w14:textId="6D3309D6" w:rsidR="00EE0BDA" w:rsidRPr="00EE0BDA" w:rsidRDefault="00EE0BDA">
            <w:pPr>
              <w:rPr>
                <w:lang w:val="uk-UA"/>
              </w:rPr>
            </w:pPr>
          </w:p>
        </w:tc>
      </w:tr>
    </w:tbl>
    <w:p w14:paraId="43510FF3" w14:textId="77777777" w:rsidR="00ED67A1" w:rsidRDefault="00ED67A1">
      <w:pPr>
        <w:spacing w:before="60" w:after="20"/>
        <w:rPr>
          <w:b/>
          <w:sz w:val="19"/>
          <w:lang w:val="uk-UA"/>
        </w:rPr>
      </w:pPr>
    </w:p>
    <w:p w14:paraId="5A1B6161" w14:textId="42AB5E65" w:rsidR="00522360" w:rsidRPr="00EE0BDA" w:rsidRDefault="00EE0BDA">
      <w:pPr>
        <w:spacing w:before="60" w:after="20"/>
        <w:rPr>
          <w:lang w:val="uk-UA"/>
        </w:rPr>
      </w:pPr>
      <w:r>
        <w:rPr>
          <w:b/>
          <w:sz w:val="19"/>
          <w:lang w:val="uk-UA"/>
        </w:rPr>
        <w:t>6</w:t>
      </w:r>
      <w:r w:rsidR="00000000">
        <w:rPr>
          <w:b/>
          <w:sz w:val="19"/>
        </w:rPr>
        <w:t xml:space="preserve">. </w:t>
      </w:r>
      <w:proofErr w:type="spellStart"/>
      <w:r w:rsidR="00000000">
        <w:rPr>
          <w:b/>
          <w:sz w:val="19"/>
        </w:rPr>
        <w:t>Додані</w:t>
      </w:r>
      <w:proofErr w:type="spellEnd"/>
      <w:r w:rsidR="00000000">
        <w:rPr>
          <w:b/>
          <w:sz w:val="19"/>
        </w:rPr>
        <w:t xml:space="preserve"> </w:t>
      </w:r>
      <w:proofErr w:type="spellStart"/>
      <w:r w:rsidR="00000000">
        <w:rPr>
          <w:b/>
          <w:sz w:val="19"/>
        </w:rPr>
        <w:t>матеріали</w:t>
      </w:r>
      <w:proofErr w:type="spellEnd"/>
      <w:r>
        <w:rPr>
          <w:b/>
          <w:sz w:val="19"/>
          <w:lang w:val="uk-UA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522360" w14:paraId="5C46749D" w14:textId="77777777">
        <w:trPr>
          <w:jc w:val="center"/>
        </w:trPr>
        <w:tc>
          <w:tcPr>
            <w:tcW w:w="10540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6773B07C" w14:textId="77777777" w:rsidR="00522360" w:rsidRDefault="00000000">
            <w:r>
              <w:rPr>
                <w:sz w:val="16"/>
              </w:rPr>
              <w:t xml:space="preserve">☐ </w:t>
            </w:r>
            <w:proofErr w:type="spellStart"/>
            <w:r>
              <w:rPr>
                <w:sz w:val="16"/>
              </w:rPr>
              <w:t>фото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виробу</w:t>
            </w:r>
            <w:proofErr w:type="spellEnd"/>
            <w:r>
              <w:rPr>
                <w:sz w:val="16"/>
              </w:rPr>
              <w:t xml:space="preserve">    ☐ фото упаковки / LOT / UDI    ☐ фото дефекту    ☐ копія накладної / документів постачання    ☐ інструкція / маркування    ☐ результати контролю / лабораторні дані    ☐ інше: ____________________</w:t>
            </w:r>
          </w:p>
        </w:tc>
      </w:tr>
    </w:tbl>
    <w:p w14:paraId="15F496A3" w14:textId="15F2AA6E" w:rsidR="00522360" w:rsidRDefault="00522360">
      <w:pPr>
        <w:spacing w:before="60" w:after="20"/>
        <w:rPr>
          <w:b/>
          <w:sz w:val="19"/>
          <w:lang w:val="uk-UA"/>
        </w:rPr>
      </w:pPr>
    </w:p>
    <w:p w14:paraId="03B53C1D" w14:textId="77777777" w:rsidR="00EE0BDA" w:rsidRPr="00EE0BDA" w:rsidRDefault="00EE0BDA">
      <w:pPr>
        <w:spacing w:before="60" w:after="20"/>
        <w:rPr>
          <w:lang w:val="uk-UA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10"/>
        <w:gridCol w:w="2860"/>
        <w:gridCol w:w="2635"/>
        <w:gridCol w:w="2635"/>
      </w:tblGrid>
      <w:tr w:rsidR="00522360" w14:paraId="793B6934" w14:textId="77777777" w:rsidTr="00EE0BDA">
        <w:trPr>
          <w:jc w:val="center"/>
        </w:trPr>
        <w:tc>
          <w:tcPr>
            <w:tcW w:w="2410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63439865" w14:textId="4FEA76B4" w:rsidR="00EE0BDA" w:rsidRPr="00EE0BDA" w:rsidRDefault="00000000">
            <w:pPr>
              <w:rPr>
                <w:lang w:val="uk-UA"/>
              </w:rPr>
            </w:pPr>
            <w:r>
              <w:rPr>
                <w:b/>
                <w:sz w:val="16"/>
              </w:rPr>
              <w:t>ПІБ</w:t>
            </w:r>
            <w:r w:rsidR="00EE0BDA">
              <w:rPr>
                <w:b/>
                <w:sz w:val="16"/>
                <w:lang w:val="uk-UA"/>
              </w:rPr>
              <w:t xml:space="preserve">: </w:t>
            </w:r>
          </w:p>
        </w:tc>
        <w:tc>
          <w:tcPr>
            <w:tcW w:w="2860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7E16985E" w14:textId="77777777" w:rsidR="00522360" w:rsidRDefault="00522360">
            <w:pPr>
              <w:rPr>
                <w:lang w:val="uk-UA"/>
              </w:rPr>
            </w:pPr>
          </w:p>
          <w:p w14:paraId="333A48D6" w14:textId="77777777" w:rsidR="00EE0BDA" w:rsidRPr="00EE0BDA" w:rsidRDefault="00EE0BDA">
            <w:pPr>
              <w:rPr>
                <w:lang w:val="uk-UA"/>
              </w:rPr>
            </w:pPr>
          </w:p>
        </w:tc>
        <w:tc>
          <w:tcPr>
            <w:tcW w:w="2635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5E091407" w14:textId="3552F591" w:rsidR="00522360" w:rsidRPr="00EE0BDA" w:rsidRDefault="00000000">
            <w:pPr>
              <w:rPr>
                <w:lang w:val="uk-UA"/>
              </w:rPr>
            </w:pPr>
            <w:proofErr w:type="spellStart"/>
            <w:r>
              <w:rPr>
                <w:b/>
                <w:sz w:val="16"/>
              </w:rPr>
              <w:t>Підпис</w:t>
            </w:r>
            <w:proofErr w:type="spellEnd"/>
            <w:r>
              <w:rPr>
                <w:b/>
                <w:sz w:val="16"/>
              </w:rPr>
              <w:t xml:space="preserve"> / </w:t>
            </w:r>
            <w:proofErr w:type="spellStart"/>
            <w:r>
              <w:rPr>
                <w:b/>
                <w:sz w:val="16"/>
              </w:rPr>
              <w:t>дата</w:t>
            </w:r>
            <w:proofErr w:type="spellEnd"/>
            <w:r w:rsidR="00EE0BDA">
              <w:rPr>
                <w:b/>
                <w:sz w:val="16"/>
                <w:lang w:val="uk-UA"/>
              </w:rPr>
              <w:t>:</w:t>
            </w:r>
          </w:p>
        </w:tc>
        <w:tc>
          <w:tcPr>
            <w:tcW w:w="2635" w:type="dxa"/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1D524C07" w14:textId="77777777" w:rsidR="00522360" w:rsidRDefault="00522360"/>
        </w:tc>
      </w:tr>
    </w:tbl>
    <w:p w14:paraId="42E9038E" w14:textId="77777777" w:rsidR="00EE0BDA" w:rsidRDefault="00EE0BDA">
      <w:pPr>
        <w:spacing w:before="60" w:after="0"/>
        <w:rPr>
          <w:b/>
          <w:sz w:val="15"/>
          <w:lang w:val="ru-RU"/>
        </w:rPr>
      </w:pPr>
    </w:p>
    <w:p w14:paraId="5584F468" w14:textId="17DDAD27" w:rsidR="00EE0BDA" w:rsidRPr="00ED67A1" w:rsidRDefault="00000000" w:rsidP="00ED67A1">
      <w:pPr>
        <w:spacing w:before="60" w:after="0"/>
        <w:jc w:val="center"/>
        <w:rPr>
          <w:sz w:val="15"/>
          <w:lang w:val="ru-RU"/>
        </w:rPr>
      </w:pPr>
      <w:proofErr w:type="spellStart"/>
      <w:r w:rsidRPr="00EE0BDA">
        <w:rPr>
          <w:b/>
          <w:sz w:val="15"/>
          <w:lang w:val="ru-RU"/>
        </w:rPr>
        <w:t>Примітка</w:t>
      </w:r>
      <w:proofErr w:type="spellEnd"/>
      <w:r w:rsidRPr="00EE0BDA">
        <w:rPr>
          <w:b/>
          <w:sz w:val="15"/>
          <w:lang w:val="ru-RU"/>
        </w:rPr>
        <w:t xml:space="preserve">: </w:t>
      </w:r>
      <w:r w:rsidRPr="00EE0BDA">
        <w:rPr>
          <w:sz w:val="15"/>
          <w:lang w:val="ru-RU"/>
        </w:rPr>
        <w:t xml:space="preserve">форма є </w:t>
      </w:r>
      <w:proofErr w:type="spellStart"/>
      <w:r w:rsidRPr="00EE0BDA">
        <w:rPr>
          <w:sz w:val="15"/>
          <w:lang w:val="ru-RU"/>
        </w:rPr>
        <w:t>рекомендованою</w:t>
      </w:r>
      <w:proofErr w:type="spellEnd"/>
      <w:r w:rsidRPr="00EE0BDA">
        <w:rPr>
          <w:sz w:val="15"/>
          <w:lang w:val="ru-RU"/>
        </w:rPr>
        <w:t xml:space="preserve"> для </w:t>
      </w:r>
      <w:proofErr w:type="spellStart"/>
      <w:r w:rsidRPr="00EE0BDA">
        <w:rPr>
          <w:sz w:val="15"/>
          <w:lang w:val="ru-RU"/>
        </w:rPr>
        <w:t>первинного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повідомлення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Уповноваженого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представника</w:t>
      </w:r>
      <w:proofErr w:type="spellEnd"/>
      <w:r w:rsidRPr="00EE0BDA">
        <w:rPr>
          <w:sz w:val="15"/>
          <w:lang w:val="ru-RU"/>
        </w:rPr>
        <w:t xml:space="preserve"> / </w:t>
      </w:r>
      <w:proofErr w:type="spellStart"/>
      <w:r w:rsidRPr="00EE0BDA">
        <w:rPr>
          <w:sz w:val="15"/>
          <w:lang w:val="ru-RU"/>
        </w:rPr>
        <w:t>виробника</w:t>
      </w:r>
      <w:proofErr w:type="spellEnd"/>
      <w:r w:rsidRPr="00EE0BDA">
        <w:rPr>
          <w:sz w:val="15"/>
          <w:lang w:val="ru-RU"/>
        </w:rPr>
        <w:t xml:space="preserve">. Вона не </w:t>
      </w:r>
      <w:proofErr w:type="spellStart"/>
      <w:r w:rsidRPr="00EE0BDA">
        <w:rPr>
          <w:sz w:val="15"/>
          <w:lang w:val="ru-RU"/>
        </w:rPr>
        <w:t>замінює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повідомлення</w:t>
      </w:r>
      <w:proofErr w:type="spellEnd"/>
      <w:r w:rsidRPr="00EE0BDA">
        <w:rPr>
          <w:sz w:val="15"/>
          <w:lang w:val="ru-RU"/>
        </w:rPr>
        <w:t xml:space="preserve"> до </w:t>
      </w:r>
      <w:proofErr w:type="spellStart"/>
      <w:r w:rsidRPr="00EE0BDA">
        <w:rPr>
          <w:sz w:val="15"/>
          <w:lang w:val="ru-RU"/>
        </w:rPr>
        <w:t>Держлікслужби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або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повідомлення</w:t>
      </w:r>
      <w:proofErr w:type="spellEnd"/>
      <w:r w:rsidRPr="00EE0BDA">
        <w:rPr>
          <w:sz w:val="15"/>
          <w:lang w:val="ru-RU"/>
        </w:rPr>
        <w:t xml:space="preserve"> про </w:t>
      </w:r>
      <w:proofErr w:type="spellStart"/>
      <w:r w:rsidRPr="00EE0BDA">
        <w:rPr>
          <w:sz w:val="15"/>
          <w:lang w:val="ru-RU"/>
        </w:rPr>
        <w:t>нещасний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випадок</w:t>
      </w:r>
      <w:proofErr w:type="spellEnd"/>
      <w:r w:rsidRPr="00EE0BDA">
        <w:rPr>
          <w:sz w:val="15"/>
          <w:lang w:val="ru-RU"/>
        </w:rPr>
        <w:t xml:space="preserve">, </w:t>
      </w:r>
      <w:proofErr w:type="spellStart"/>
      <w:r w:rsidRPr="00EE0BDA">
        <w:rPr>
          <w:sz w:val="15"/>
          <w:lang w:val="ru-RU"/>
        </w:rPr>
        <w:t>якщо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такі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дії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необхідні</w:t>
      </w:r>
      <w:proofErr w:type="spellEnd"/>
      <w:r w:rsidRPr="00EE0BDA">
        <w:rPr>
          <w:sz w:val="15"/>
          <w:lang w:val="ru-RU"/>
        </w:rPr>
        <w:t xml:space="preserve"> </w:t>
      </w:r>
      <w:proofErr w:type="spellStart"/>
      <w:r w:rsidRPr="00EE0BDA">
        <w:rPr>
          <w:sz w:val="15"/>
          <w:lang w:val="ru-RU"/>
        </w:rPr>
        <w:t>відповідно</w:t>
      </w:r>
      <w:proofErr w:type="spellEnd"/>
      <w:r w:rsidRPr="00EE0BDA">
        <w:rPr>
          <w:sz w:val="15"/>
          <w:lang w:val="ru-RU"/>
        </w:rPr>
        <w:t xml:space="preserve"> до </w:t>
      </w:r>
      <w:proofErr w:type="spellStart"/>
      <w:r w:rsidRPr="00EE0BDA">
        <w:rPr>
          <w:sz w:val="15"/>
          <w:lang w:val="ru-RU"/>
        </w:rPr>
        <w:t>законодавства</w:t>
      </w:r>
      <w:proofErr w:type="spellEnd"/>
      <w:r w:rsidRPr="00EE0BDA">
        <w:rPr>
          <w:sz w:val="15"/>
          <w:lang w:val="ru-RU"/>
        </w:rPr>
        <w:t>.</w:t>
      </w:r>
    </w:p>
    <w:p w14:paraId="1B66B5BD" w14:textId="2E487CC6" w:rsidR="00EE0BDA" w:rsidRPr="00EE0BDA" w:rsidRDefault="00EE0BDA" w:rsidP="00EE0BDA">
      <w:pPr>
        <w:tabs>
          <w:tab w:val="left" w:pos="2444"/>
        </w:tabs>
        <w:rPr>
          <w:lang w:val="ru-RU"/>
        </w:rPr>
      </w:pPr>
    </w:p>
    <w:sectPr w:rsidR="00EE0BDA" w:rsidRPr="00EE0BDA" w:rsidSect="00034616">
      <w:footerReference w:type="default" r:id="rId8"/>
      <w:pgSz w:w="12240" w:h="15840"/>
      <w:pgMar w:top="794" w:right="850" w:bottom="680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D3DF4" w14:textId="77777777" w:rsidR="002F3782" w:rsidRDefault="002F3782">
      <w:pPr>
        <w:spacing w:after="0" w:line="240" w:lineRule="auto"/>
      </w:pPr>
      <w:r>
        <w:separator/>
      </w:r>
    </w:p>
  </w:endnote>
  <w:endnote w:type="continuationSeparator" w:id="0">
    <w:p w14:paraId="32B67BCA" w14:textId="77777777" w:rsidR="002F3782" w:rsidRDefault="002F3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F161E" w14:textId="39FA7399" w:rsidR="00522360" w:rsidRPr="00EE0BDA" w:rsidRDefault="0052236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A0939" w14:textId="77777777" w:rsidR="002F3782" w:rsidRDefault="002F3782">
      <w:pPr>
        <w:spacing w:after="0" w:line="240" w:lineRule="auto"/>
      </w:pPr>
      <w:r>
        <w:separator/>
      </w:r>
    </w:p>
  </w:footnote>
  <w:footnote w:type="continuationSeparator" w:id="0">
    <w:p w14:paraId="22277A12" w14:textId="77777777" w:rsidR="002F3782" w:rsidRDefault="002F37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22734962">
    <w:abstractNumId w:val="8"/>
  </w:num>
  <w:num w:numId="2" w16cid:durableId="524289126">
    <w:abstractNumId w:val="6"/>
  </w:num>
  <w:num w:numId="3" w16cid:durableId="364721792">
    <w:abstractNumId w:val="5"/>
  </w:num>
  <w:num w:numId="4" w16cid:durableId="1066535793">
    <w:abstractNumId w:val="4"/>
  </w:num>
  <w:num w:numId="5" w16cid:durableId="91896118">
    <w:abstractNumId w:val="7"/>
  </w:num>
  <w:num w:numId="6" w16cid:durableId="150098216">
    <w:abstractNumId w:val="3"/>
  </w:num>
  <w:num w:numId="7" w16cid:durableId="211576300">
    <w:abstractNumId w:val="2"/>
  </w:num>
  <w:num w:numId="8" w16cid:durableId="1802848017">
    <w:abstractNumId w:val="1"/>
  </w:num>
  <w:num w:numId="9" w16cid:durableId="1381857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F6B5E"/>
    <w:rsid w:val="0015074B"/>
    <w:rsid w:val="0029639D"/>
    <w:rsid w:val="002F3782"/>
    <w:rsid w:val="00326F90"/>
    <w:rsid w:val="00522360"/>
    <w:rsid w:val="00AA1D8D"/>
    <w:rsid w:val="00B47730"/>
    <w:rsid w:val="00CB0664"/>
    <w:rsid w:val="00ED67A1"/>
    <w:rsid w:val="00EE0B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C508FB6"/>
  <w14:defaultImageDpi w14:val="300"/>
  <w15:docId w15:val="{01DE9C0C-FC2F-574F-A5EB-11DE8CD33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  <w:rPr>
      <w:rFonts w:ascii="Arial" w:eastAsia="Arial" w:hAnsi="Arial"/>
    </w:r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Arial" w:eastAsia="Arial" w:hAnsi="Arial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>
      <w:rFonts w:ascii="Arial" w:eastAsia="Arial" w:hAnsi="Arial"/>
    </w:r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236</Words>
  <Characters>1414</Characters>
  <Application>Microsoft Office Word</Application>
  <DocSecurity>0</DocSecurity>
  <Lines>52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Max Bagreev</cp:lastModifiedBy>
  <cp:revision>2</cp:revision>
  <dcterms:created xsi:type="dcterms:W3CDTF">2013-12-23T23:15:00Z</dcterms:created>
  <dcterms:modified xsi:type="dcterms:W3CDTF">2026-04-29T13:28:00Z</dcterms:modified>
  <cp:category/>
</cp:coreProperties>
</file>